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🎮 Step Into the Ring – Roster Signup Form 💥</w:t>
      </w:r>
    </w:p>
    <w:p>
      <w:r>
        <w:t>Ready to sponsor a superstar or manage your very own digital creation? Fill out the info below and get in the game!</w:t>
        <w:br/>
      </w:r>
    </w:p>
    <w:p>
      <w:pPr>
        <w:pStyle w:val="Heading2"/>
      </w:pPr>
      <w:r>
        <w:t>👤 Contact Info</w:t>
      </w:r>
    </w:p>
    <w:p>
      <w:r>
        <w:t>• Full Name</w:t>
      </w:r>
    </w:p>
    <w:p>
      <w:r>
        <w:t>• Email Address</w:t>
      </w:r>
    </w:p>
    <w:p>
      <w:r>
        <w:t>• Preferred Contact Method (optional)</w:t>
      </w:r>
    </w:p>
    <w:p>
      <w:pPr>
        <w:pStyle w:val="Heading2"/>
      </w:pPr>
      <w:r>
        <w:t>💼 Choose Your Tier</w:t>
      </w:r>
    </w:p>
    <w:p>
      <w:r>
        <w:t>( ) Sponsorship Tier</w:t>
        <w:br/>
        <w:t>– Sponsor an existing wrestler</w:t>
        <w:br/>
        <w:t>– 1 custom non-title booking per month</w:t>
        <w:br/>
        <w:t>– Enter desired wrestler’s name below:</w:t>
        <w:br/>
        <w:t>👉 _____________________________</w:t>
      </w:r>
    </w:p>
    <w:p>
      <w:r>
        <w:t>( ) Management Tier – Solo Superstar</w:t>
        <w:br/>
        <w:t>– Create your own custom wrestler</w:t>
        <w:br/>
        <w:t>– Includes look, name, moveset</w:t>
        <w:br/>
        <w:t>– 3 monthly bookings (2 non-title + 1 title-eligible)</w:t>
        <w:br/>
        <w:t>• Wrestler Name/Concept: _______________________</w:t>
        <w:br/>
        <w:t>• Preferred Style (Brawler, Technical, etc.): _______________________</w:t>
        <w:br/>
        <w:t>• Theme or Personality Notes: _______________________</w:t>
      </w:r>
    </w:p>
    <w:p>
      <w:r>
        <w:t>( ) Management Tier – Tag Team Bundle</w:t>
        <w:br/>
        <w:t>– Includes TWO custom wrestlers</w:t>
        <w:br/>
        <w:t>– Shared entrance and team branding</w:t>
        <w:br/>
        <w:t>– 3 bookings per month</w:t>
        <w:br/>
        <w:t>• Tag Team Name: _______________________</w:t>
        <w:br/>
        <w:t>• Wrestler 1 Name &amp; Style: _______________________</w:t>
        <w:br/>
        <w:t>• Wrestler 2 Name &amp; Style: _______________________</w:t>
        <w:br/>
        <w:t>• Do they have a team finisher?</w:t>
        <w:br/>
        <w:t>( ) Yes ( ) No</w:t>
        <w:br/>
        <w:t>– If yes, describe: _______________________</w:t>
      </w:r>
    </w:p>
    <w:p>
      <w:pPr>
        <w:pStyle w:val="Heading2"/>
      </w:pPr>
      <w:r>
        <w:t>🎨 Creative Add-ons (Optional)</w:t>
      </w:r>
    </w:p>
    <w:p>
      <w:r>
        <w:t>• Signature Move Name(s): _______________________</w:t>
        <w:br/>
        <w:t>• Finisher Name(s): __________________________</w:t>
        <w:br/>
        <w:t>• Entrance Music Inspiration/Vibe: ________________</w:t>
      </w:r>
    </w:p>
    <w:p>
      <w:pPr>
        <w:pStyle w:val="Heading2"/>
      </w:pPr>
      <w:r>
        <w:t>💬 Additional Notes or Story Ideas (Optional)</w:t>
      </w:r>
    </w:p>
    <w:p>
      <w:r>
        <w:t>____________________________________________________</w:t>
      </w:r>
    </w:p>
    <w:p>
      <w:r>
        <w:t>____________________________________________________</w:t>
      </w:r>
    </w:p>
    <w:p>
      <w:r>
        <w:t>We’ll reach out after submission to confirm your place on the roster and begin your journey. Thanks for joining the Frequency family! 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